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לוח בחירה בלמידה דיפרנציאלית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השמירה, הייצוא והייבוא של 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טכנולוגיים הקשורים לשמירת מידע והעברתו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לתלמידים לבחור משימות לפי העדפתם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בדפדפן של המכשיר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הלוחות נשמרים בדפדפן של המכשיר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לשמור עותק גיבוי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(הוצאת קוד של הלוח כדי לשמור או לשלוח)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(הכנסת לוח קיים למכשיר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(התוכנה שבה שומרים את הלוחות)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שבו תלמידים בוחרים בין משימות)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הצגת קוד הייצוא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מעתיקים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שומרים את הקוד בהודעה או בקובץ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בתיבת הייבוא במכשיר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תזכיר שמירת גיבוי והעברה בין מכשירים כדי לא לאבד את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שבו תלמידים בוחרים משימות לפי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ייצוא קוד ואז ייבוא שלו במכשיר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תלמיד צרכים והעדפות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הייצוא והייבוא על לוח בחירה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יתרונות הבחירה האישית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חלקי ההתאמה הקשים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בחירה הוא כלי בלמידה דיפרנציאלית שבו כל תלמיד או תלמידה בוחרים משימות לפי העדפה אישית. הלוחות נשמרים במכשיר, ואפשר להעביר אותם למכשיר אחר בעזרת ייצוא וייבוא.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דפדפן  ·  ייצוא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מטרתו העיקרית של לוח בחירה בלמידה דיפרנציאלית?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לכל התלמידים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לאפשר לתלמידים לבחור משימות לפי העדפתם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לבטל את הצורך בלמידה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נשמרים הלוחות שיוצרים?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בענן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בדפדפן של המכשיר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על דף נייר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הלוחות נשמרים בענן ולא במכשיר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להעתיק קוד ייצוא ולשמור אותו בהודעה לעצמכם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הלוחות נשמרים ב__________ של המכשיר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להעביר לוח למכשיר אחר, קודם עושים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הכנסת לוח קיים למכשיר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הוצאת קוד של הלוח כדי לשמור או לשלוח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דפדפן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שבו תלמידים בוחרים בין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לוח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התוכנה שבה שומרים את הלוחות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שומרים את הקוד בהודעה או בקובץ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הקוד בתיבת הייבוא במכשיר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מעתיקים את הקוד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הצגת קוד הייצוא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לשמור עותק של קוד הייצוא של הלוח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שומרים לוח כדי להעביר אותו למכשיר 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