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לוח בחירה בלמידה דיפרנציאלית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השמירה, הייצוא והייבוא של 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טכנולוגיים הקשורים לשמירת מידע והעברתו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לאפשר לתלמידים לבחור משימות לפי העדפתם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בדפדפן של המכשיר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משתמשים בייצוא ואז בייבוא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JSON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הלוחות נשמרים בדפדפן של המכשיר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אפשר לשמור עותק גיבוי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כפתור מיוחד לבניית לוח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שתי דרכים לייבוא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מיועד ללמידה דיפרנציאלית לפי בחירה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דפדפן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דיפרנציאלית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json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(הוצאת קוד של הלוח כדי לשמור או לשלוח)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(הכנסת לוח קיים למכשיר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(התוכנה שבה שומרים את הלוחות)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(כלי שבו תלמידים בוחרים בין 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(למידה המותאמת לצרכים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לוחצים על הצגת קוד הייצוא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מעתיקים את הקוד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שומרים את הקוד בהודעה או בקובץ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מדביקים את הקוד בתיבת הייבוא במכשיר החדש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לוחצים על ייבוא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תיאור לוח עם שלוש משימות מגוונות המתאימות לרמות או סגנונות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תזכיר שמירת גיבוי והעברה בין מכשירים כדי לא לאבד את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כלי שבו תלמידים בוחרים משימות לפי העדפה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באמצעות ייצוא קוד ואז ייבוא שלו במכשיר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לכל תלמיד צרכים והעדפות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תהליך הייצוא והייבוא על לוח בחירה 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על יתרונות הבחירה האישית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ניתן לדלג על חלקי ההתאמה הקשים ולהתמקד בהבנת המושגים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לוח בחירה הוא כלי בלמידה דיפרנציאלית שבו כל תלמיד או תלמידה בוחרים משימות לפי העדפה אישית. הלוחות נשמרים במכשיר, ואפשר להעביר אותם למכשיר אחר בעזרת ייצוא וייבוא.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מטרתו העיקרית של לוח בחירה בלמידה דיפרנציאלית?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לכל התלמידים בדיוק את אותה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לאפשר לתלמידים לבחור משימות לפי העדפתם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את הצורך בלמידה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נשמרים הלוחות שיוצרים?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בענן של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בדפדפן של המכשיר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על דף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אצל המורה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כדי להעביר לוח למכשיר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מדפיסים ושולחים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משתמשים בייצוא ואז בייבוא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את הלוח ובונים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תמונה של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הפורמט של הקובץ שאפשר לבחור בייבוא?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PDF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Word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JSON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Excel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הלוחות נשמרים בענן ולא במכשיר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להעתיק קוד ייצוא ולשמור אותו בהודעה לעצמכם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אפשרות לבנות לוח ראשון בעמוד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ייבוא אפשרי גם מהדבקת טקסט וגם מבחירת קובץ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בחירה מיועד לתת לכל התלמידים משימה זהה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הלוחות נשמרים ב__________ של המכשיר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להעביר לוח למכשיר אחר, קודם עושים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ואז מכניסים את הלוח למכשיר החדש בתהליך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למידה שבה כל תלמיד בוחר משימה לפי העדפתו נקראת למידה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לבחור קובץ בסיומת __________ בעת הייבוא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התוכנה שבה שומרים את הלוחות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למידה המותאמת לצרכים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דפדפן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שבו תלמידים בוחרים בין משימות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לוח בחירה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הכנסת לוח קיים למכשיר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למידה דיפרנציאלית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הוצאת קוד של הלוח כדי לשמור או לשלוח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ייבוא מהטקסט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את הקוד בתיבת הייבוא במכשיר החדש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הצגת קוד הייצוא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שומרים את הקוד בהודעה או בקובץ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מעתיקים את הקוד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לוח בחירה שהייתם רוצים ליצור לנושא לימוד שאתם אוהבים, כולל לפחות שלוש משימות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לשמור עותק של קוד הייצוא של הלוח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לוח 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שומרים לוח כדי להעביר אותו למכשיר אחר?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שלמידה תהיה דיפרנציאלית?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לוחות בחירה בלמידה דיפרנציאלית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